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1"/>
            <w:vAlign w:val="center"/>
            <w:shd w:fill="674487"/>
            <w:tcMar>
              <w:top w:w="240" w:type="dxa"/>
              <w:start w:w="300" w:type="dxa"/>
              <w:bottom w:w="230" w:type="dxa"/>
              <w:end w:w="30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FFFFFF"/>
                <w:sz w:val="44"/>
              </w:rPr>
              <w:t>Médiateur social accès aux droits et services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Titre professionnel niveau 4 - RNCP36241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    PROGRAMME DE FORMATION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i w:val="0"/>
          <w:color w:val="674487"/>
          <w:sz w:val="16"/>
        </w:rPr>
        <w:t>INFORMATIONS CLÉS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7 mois - 720 heures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Alternance ou formation continue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Niveau CAP/BEP ou expérience sociale</w:t>
            </w:r>
          </w:p>
        </w:tc>
      </w:tr>
    </w:tbl>
    <w:p>
      <w:pPr>
        <w:spacing w:before="160" w:after="120"/>
      </w:pPr>
      <w:r>
        <w:rPr>
          <w:rFonts w:ascii="Arial" w:hAnsi="Arial"/>
          <w:b/>
          <w:i w:val="0"/>
          <w:color w:val="674487"/>
          <w:sz w:val="28"/>
        </w:rPr>
        <w:t>Programme détaillé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01  Présentation et certification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Le Titre Professionnel Médiateur Social Accès aux Droits et Services prépare aux principes de la médiation, à la communication, à la résolution de conflits et à l’accompagnement des publics vulnérables. Certification de niveau 4 enregistrée sous le code RNCP36241.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02  Organisation et prérequis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Alternance ou formation continue, présentiel, mixte ou distance, séances animées par des formateurs qualifiés, replay 24h/24 et entrées permanentes. Durée annoncée : 510 heures de cours et 210 heures de stage. Niveau 3 ou expérience sociale significative, communication, écoute et travail en équipe.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03  Bloc 1 - Veille sociale et réseaux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Participer à une veille sociale et s’inscrire dans les réseaux professionnels d’un territoire afin d’orienter les publics et d’actualiser sa connaissance des dispositifs.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04  Bloc 2 - Service de médiation sociale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Accueillir, écouter, prévenir les tensions, gérer les conflits, faciliter l’accès aux droits et assurer une médiation dans le respect du cadre professionnel.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05  Bloc 3 - Activités supports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Concevoir, organiser et animer des activités collectives servant les objectifs de médiation sociale et renforçant le lien avec les publics.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06  Formateurs et pédagogie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Experts en ingénierie de formation, management et coordination. Cours participatifs, études de cas, jeux de rôle, simulations, coaching individuel et bilans intermédiaires.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07  Moyens pédagogiques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Plateforme e-learning, visioconférences, supports numériques, extranet dédié et outils de suivi et d’évaluation des acquis.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08  Évaluation et certification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Études de cas, mises en situation, rapports d’analyse, présentations orales, dossier professionnel, mise en situation devant jury, entretien technique et entretien final. Validation possible par blocs de compétences.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09  Accès et financement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Dossier comprenant CV et lettre de motivation, puis entretien de positionnement. Financements possibles selon l’éligibilité via CPF, France Travail, OPCO ou alternance.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674487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10  Débouchés et perspectives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Associations, collectivités, bailleurs sociaux, établissements scolaires, services de l’État ou entreprises : médiateur social, interculturel ou de quartier, agent de prévention. Évolutions vers coordinateur, responsable de projet ou chargé de mission, avec poursuites d’études en intervention sociale, politiques publiques ou médiation.</w:t>
            </w:r>
          </w:p>
        </w:tc>
      </w:tr>
    </w:tbl>
    <w:p>
      <w:pPr>
        <w:spacing w:after="40" w:line="48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89" w:right="992" w:bottom="1219" w:left="992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050"/>
      <w:gridCol w:w="1871"/>
    </w:tblGrid>
    <w:tr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b w:val="0"/>
              <w:i w:val="0"/>
              <w:color w:val="4C5963"/>
              <w:sz w:val="14"/>
            </w:rPr>
            <w:t>ISTAS - GROUPE TEMPUS-FORMATIONS | 30 rue de Lattre de Tassigny, 67300 Schiltigheim - France | tempus-formations.fr</w:t>
          </w:r>
        </w:p>
      </w:tc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1800000" cy="70936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tempus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0936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67448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67448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