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1"/>
            <w:vAlign w:val="center"/>
            <w:shd w:fill="A64B2D"/>
            <w:tcMar>
              <w:top w:w="240" w:type="dxa"/>
              <w:start w:w="300" w:type="dxa"/>
              <w:bottom w:w="230" w:type="dxa"/>
              <w:end w:w="30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FFFFFF"/>
                <w:sz w:val="44"/>
              </w:rPr>
              <w:t>Responsable-coordonnateur services au domicile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Titre professionnel niveau 5 - Bac+2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    PROGRAMME DE FORMATION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i w:val="0"/>
          <w:color w:val="A64B2D"/>
          <w:sz w:val="16"/>
        </w:rPr>
        <w:t>INFORMATIONS CLÉS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7 mois - 720 heures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Alternance ou formation continue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Baccalauréat ou équivalent</w:t>
            </w:r>
          </w:p>
        </w:tc>
      </w:tr>
    </w:tbl>
    <w:p>
      <w:pPr>
        <w:spacing w:before="160" w:after="120"/>
      </w:pPr>
      <w:r>
        <w:rPr>
          <w:rFonts w:ascii="Arial" w:hAnsi="Arial"/>
          <w:b/>
          <w:i w:val="0"/>
          <w:color w:val="A64B2D"/>
          <w:sz w:val="28"/>
        </w:rPr>
        <w:t>Programme détaillé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01  Présentation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 Titre Professionnel de Responsable-coordonnateur services au domicile, de niveau 5 (Bac+2), prépare à la gestion, à la coordination et à l’animation de prestations d’aide à domicile.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02  Organisation et prérequis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Alternance ou formation continue à distance, animations hebdomadaires, replays, LMS interactif et entrées permanentes. Durée annoncée : 510 heures de cours et 210 heures de stage. Baccalauréat ou équivalent, trois ans d’expérience, aisance numérique, communication adaptée, tests et entretien de sélection.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03  Bloc 1 - Concevoir et organiser une prestation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Analyser les besoins, élaborer une réponse adaptée, organiser les interventions, suivre la prestation et garantir sa qualité et sa conformité.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04  Bloc 2 - Animer et coordonner une équipe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Planifier l’activité, recruter et intégrer les intervenants, soutenir les pratiques, prévenir les risques et assurer la coordination quotidienne.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05  Bloc 3 - Développer les partenariats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Représenter la structure, coopérer avec les acteurs sanitaires, sociaux et médico-sociaux et contribuer au développement de l’activité.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06  Public et objectifs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Salariés en reconversion, demandeurs d’emploi et indépendants souhaitant évoluer dans les services à domicile. Objectifs : organiser les services, manager les équipes, assurer la gestion administrative et financière, garantir la qualité et développer les partenariats.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07  Pédagogie et moyens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Classes virtuelles de 5 à 10 personnes, études de cas, mises en situation, tutorat, accompagnement personnalisé, assistance téléphonique, visioconférences, extranet et ressources numériques accessibles 24h/24.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08  Évaluation et certification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Évaluations continues, dossiers professionnels, soutenance orale, stage de 210 heures et examen final en présentiel comprenant dossier technique et étude de cas.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09  Modules complémentaires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Santé et sécurité au travail, publics âgés, handicapés ou malades, veille et développement professionnel. Options : premiers secours en santé mentale, référent handicap, langue des signes ou langue étrangère, remise à niveau Word et Excel.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A64B2D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10  Accès, débouchés et perspectives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Sélection sur dossier et financements selon l’éligibilité via CPF, France Travail, OPCO ou alternance. Débouchés : responsable de secteur, coordinateur, chef d’équipe ou gestionnaire. Évolutions vers responsable d’agence ou direction de structure, avec poursuites possibles en gestion sanitaire et sociale ou management médico-social.</w:t>
            </w:r>
          </w:p>
        </w:tc>
      </w:tr>
    </w:tbl>
    <w:p>
      <w:pPr>
        <w:spacing w:after="40" w:line="48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89" w:right="992" w:bottom="1219" w:left="992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050"/>
      <w:gridCol w:w="1871"/>
    </w:tblGrid>
    <w:tr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b w:val="0"/>
              <w:i w:val="0"/>
              <w:color w:val="4C5963"/>
              <w:sz w:val="14"/>
            </w:rPr>
            <w:t>ISTAS - GROUPE TEMPUS-FORMATIONS | 30 rue de Lattre de Tassigny, 67300 Schiltigheim - France | tempus-formations.fr</w:t>
          </w:r>
        </w:p>
      </w:tc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1800000" cy="70936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tempus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0936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64B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A64B2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